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ולא רק על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עזרה היא טובה ומתי היא הופכת לעשייה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תהליך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ניסיון ראשון לפני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כשהעוזר עוזר לי להבין ולהמשיך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לעזור לי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בודקים במקור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כשזה עוזר לי להבין ואני ממשיך לחשוב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אני לומד/ת ולא רק מקבל/ת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טיוטה היא שלב בדרך, אפשר לשפר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מקורות למשוב מועיל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לבקש עזרה אם ממשיכים לחשוב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המטרה של שיחה על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שאלה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(בדיקת מידע ומקורות)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(חשיבה על קשיים בתהליך)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(עבודה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(הכרת עצמי כלומד)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(משוב ושיפור)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שלבי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המשימה ולהבין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לשפר את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את התוצר הסופי ולחשוב על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קושי אמיתי ודרך או אדם שעזרו להתגבר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עזרה משאירה את החשיבה אצלי, עשייה במקום לוקחת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תובנה אישית על דרך הלמידה, לא רק על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אמיתי שמבטא תובנה על תהליך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הצעה קונקרטית לשיפור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שמתארת קושי אמיתי ודרך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שמבדילה בין עזרה לבין עשייה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קונקרטי לשיפור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ולהשתמש בהם כשיחה פתוחה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למחשבה שקטה לפני שיתוף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כסיכום שיעור על חשיבות התהליך מול התוצר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מתהליך לתוצר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שעוזרות לנו לחשוב על הדרך שעברנו בעבודה - לא רק על מה שיצא בסוף. נדבר על עזרה, משוב, טיוטות ועבודה בקבוצה.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'טיוטה'?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ראשון לפני שיפור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עזרה היא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כשהעוזר עושה הכל במקומי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כשהעוזר עוזר לי להבין ולהמשיך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כשאף אחד לא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כשמעתיקים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לבקר בלי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לי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אם מידע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מאמינים לכל מה שכתוב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במקור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 רק חבר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בודקים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מותר לבקש עזרה ממחשב?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בלי לחשוב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כשזה עוזר לי להבין ואני ממשיך לחשוב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טובה היא עזרה שגורמת לי להבין לבד בפעם הבאה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הטיוטה הראשונה לא יצאה יפה אין טעם להמשיך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יכול להגיע מחבר, ממורה או מעצמי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אף פעם לבקש עזרה ממחשב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לחשוב גם על איך עבדנו ולא רק על מה שיצא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שאלה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איך יודעים שמידע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משוב ושיפור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היה הכי קשה במשימה?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עבדתם יחד בקבוצה?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הכרת עצמי כלומד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 על עצמך כלומד/ת?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בדיקת מידע ומקורות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איזה משוב הכי עזר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על קשיים בתהליך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שלבי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לשפר את העבודה לפי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המשימה ולהבין מה מבקשים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התוצר הסופי ולחשוב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משוב מחבר או 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הכי קשה במשימה האחרונה שעשית? ומה עזר לך להמשיך?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עזרה לבין לעשות במקום מישהו? תן/י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למדת על עצמך כלומד/ת בעבודה האחרונה?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כתוב/כתבי משפט שמתחיל ב'גיליתי שאני...' על עצמך כלומד/ת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 מתחיל/ה את המשימה מחדש - מה היית עושה אחרת?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הכי קשה בתהליך השבוע? ומה עזר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אתה יודע/ת שעזרה שקיבלת הייתה עזרה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תרצה/י לנסות אחרת בפעם הבאה?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מתהליך לתוצר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