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- מתהליך לתוצר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תהליך הלמידה ולא רק על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עזרה היא טובה ומתי היא הופכת לעשייה במקום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מתן וקבלת משוב בונה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תהליך הלמידה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ניסיון ראשון לפני 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כשהעוזר עוזר לי להבין ולהמשיך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אני לומד/ת ולא רק מקבל/ת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כמה מקורות למשוב מועיל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שאלה ונושא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(בדיקת מידע ומקורות)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(חשיבה על קשיים בתהליך)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(הכרת עצמי כלומד)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שלבי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לקבל את המשימה ולהבין מה מבקשים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טיוטה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משוב מחבר או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להציג את התוצר הסופי ולחשוב על 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קושי אמיתי ודרך או אדם שעזרו להתגבר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אמיתי שמבטא תובנה על תהליך הלמידה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שמתארת קושי אמיתי ודרך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שמבדילה בין עזרה לבין עשייה במקום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יעד קונקרטי לשיפור בפעם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לגזור את הקלפים ולהשתמש בהם כשיחה פתוחה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למחשבה שקטה לפני שיתוף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כסיכום שיעור על חשיבות התהליך מול התוצר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- מתהליך לתוצר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שאלות שעוזרות לנו לחשוב על הדרך שעברנו בעבודה - לא רק על מה שיצא בסוף. נדבר על עזרה, משוב, טיוטות ועבודה בקבוצה.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על תהליך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'טיוטה'?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ניסיון ראשון לפני שיפור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משוב מהמורה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עזרה היא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כשהעוזר עושה הכל במקומי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כשהעוזר עוזר לי להבין ולהמשיך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כשאף אחד לא עוזר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עזרה טובה היא עזרה שגורמת לי להבין לבד בפעם הבאה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משוב יכול להגיע מחבר, ממורה או מעצמי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שאלה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איך יודעים שמידע נכון?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חשיבה על קשיים בתהליך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היה הכי קשה במשימה?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הכרת עצמי כלומד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מה למדת על עצמך כלומד/ת?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בדיקת מידע ומקורות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נכון של שלבי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לבקש משוב מחבר או 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לקבל את המשימה ולהבין מה מבקשים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להציג את התוצר הסופי ולחשוב על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טיוטה 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הכי קשה במשימה האחרונה שעשית? ומה עזר לך להמשיך?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כתוב/כתבי משפט שמתחיל ב'גיליתי שאני...' על עצמך כלומד/ת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הכי קשה בתהליך השבוע? ומה עזר 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אתה יודע/ת שעזרה שקיבלת הייתה עזרה 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- מתהליך לתוצר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